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B9E36" w14:textId="393E0618" w:rsidR="00CC6373" w:rsidRPr="00CC6373" w:rsidRDefault="00CC6373" w:rsidP="00CC6373">
      <w:pPr>
        <w:pStyle w:val="Heading1"/>
        <w:jc w:val="center"/>
        <w:rPr>
          <w:color w:val="auto"/>
          <w:sz w:val="32"/>
          <w:szCs w:val="32"/>
        </w:rPr>
      </w:pPr>
      <w:r w:rsidRPr="00CC6373">
        <w:rPr>
          <w:color w:val="auto"/>
          <w:sz w:val="32"/>
          <w:szCs w:val="32"/>
        </w:rPr>
        <w:t>ADRODDIAD BIOAMRWYIAETH</w:t>
      </w:r>
    </w:p>
    <w:p w14:paraId="0F258001" w14:textId="2D3A8646" w:rsidR="00CC6373" w:rsidRPr="00CC6373" w:rsidRDefault="00CC6373" w:rsidP="00CC6373">
      <w:pPr>
        <w:jc w:val="center"/>
        <w:rPr>
          <w:sz w:val="32"/>
          <w:szCs w:val="32"/>
        </w:rPr>
      </w:pPr>
      <w:r w:rsidRPr="00CC6373">
        <w:rPr>
          <w:sz w:val="32"/>
          <w:szCs w:val="32"/>
        </w:rPr>
        <w:t>CYNGOR CYMUNED MAENTWROG</w:t>
      </w:r>
    </w:p>
    <w:p w14:paraId="70C322DE" w14:textId="77777777" w:rsidR="00CC6373" w:rsidRDefault="00CC6373">
      <w:pPr>
        <w:pStyle w:val="Heading1"/>
      </w:pPr>
    </w:p>
    <w:p w14:paraId="6CD61B04" w14:textId="7761749A" w:rsidR="0016400B" w:rsidRDefault="00C95C9E">
      <w:pPr>
        <w:pStyle w:val="Heading1"/>
      </w:pPr>
      <w:proofErr w:type="spellStart"/>
      <w:r>
        <w:t>Cyflwyniad</w:t>
      </w:r>
      <w:proofErr w:type="spellEnd"/>
    </w:p>
    <w:p w14:paraId="6CD7625C" w14:textId="64D89512" w:rsidR="0016400B" w:rsidRDefault="00C95C9E">
      <w:proofErr w:type="spellStart"/>
      <w:r>
        <w:t>Mae’r</w:t>
      </w:r>
      <w:proofErr w:type="spellEnd"/>
      <w:r>
        <w:t xml:space="preserve"> </w:t>
      </w:r>
      <w:proofErr w:type="spellStart"/>
      <w:r>
        <w:t>adroddiad</w:t>
      </w:r>
      <w:proofErr w:type="spellEnd"/>
      <w:r>
        <w:t xml:space="preserve"> </w:t>
      </w:r>
      <w:proofErr w:type="spellStart"/>
      <w:r>
        <w:t>byr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rhoi</w:t>
      </w:r>
      <w:proofErr w:type="spellEnd"/>
      <w:r>
        <w:t xml:space="preserve"> </w:t>
      </w:r>
      <w:proofErr w:type="spellStart"/>
      <w:r>
        <w:t>trosolwg</w:t>
      </w:r>
      <w:proofErr w:type="spellEnd"/>
      <w:r>
        <w:t xml:space="preserve"> o </w:t>
      </w:r>
      <w:proofErr w:type="spellStart"/>
      <w:r>
        <w:t>fioamrywiaeth</w:t>
      </w:r>
      <w:proofErr w:type="spellEnd"/>
      <w:r>
        <w:t xml:space="preserve"> </w:t>
      </w:r>
      <w:proofErr w:type="spellStart"/>
      <w:r>
        <w:t>ym</w:t>
      </w:r>
      <w:proofErr w:type="spellEnd"/>
      <w:r>
        <w:t xml:space="preserve"> </w:t>
      </w:r>
      <w:proofErr w:type="spellStart"/>
      <w:r>
        <w:t>Mhlwyf</w:t>
      </w:r>
      <w:proofErr w:type="spellEnd"/>
      <w:r>
        <w:t xml:space="preserve"> </w:t>
      </w:r>
      <w:proofErr w:type="spellStart"/>
      <w:r w:rsidR="00483DA2">
        <w:t>Maentwrog</w:t>
      </w:r>
      <w:proofErr w:type="spellEnd"/>
      <w:r w:rsidR="00483DA2">
        <w:t xml:space="preserve"> ac </w:t>
      </w:r>
      <w:proofErr w:type="spellStart"/>
      <w:r w:rsidR="00483DA2">
        <w:t>Gellilydan</w:t>
      </w:r>
      <w:proofErr w:type="spellEnd"/>
      <w:r>
        <w:t xml:space="preserve"> </w:t>
      </w:r>
      <w:proofErr w:type="spellStart"/>
      <w:r>
        <w:t>a’r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i’w</w:t>
      </w:r>
      <w:proofErr w:type="spellEnd"/>
      <w:r>
        <w:t xml:space="preserve"> </w:t>
      </w:r>
      <w:proofErr w:type="spellStart"/>
      <w:r>
        <w:t>chefnogi</w:t>
      </w:r>
      <w:proofErr w:type="spellEnd"/>
      <w:r>
        <w:t xml:space="preserve"> a’i wella.</w:t>
      </w:r>
    </w:p>
    <w:p w14:paraId="1DE551A5" w14:textId="77777777" w:rsidR="0016400B" w:rsidRDefault="00C95C9E">
      <w:pPr>
        <w:pStyle w:val="Heading1"/>
      </w:pPr>
      <w:r>
        <w:t>Y Sefyllfa Bresennol</w:t>
      </w:r>
    </w:p>
    <w:p w14:paraId="0179E1EA" w14:textId="77777777" w:rsidR="0016400B" w:rsidRDefault="00C95C9E">
      <w:r>
        <w:t>Mae’r plwyf yn cynnwys amrywiaeth o gynefinoedd fel caeau, gwrychoedd, coetiroedd a mannau gwyrdd. Mae’r rhain yn cefnogi nifer o rywogaethau o adar, pryfed a mamaliaid.</w:t>
      </w:r>
    </w:p>
    <w:p w14:paraId="3BDC7F9C" w14:textId="77777777" w:rsidR="0016400B" w:rsidRDefault="00C95C9E">
      <w:r>
        <w:t xml:space="preserve">Mae’r blychau plannu sydd wedi’u gosod o gwmpas y plwyf bellach yn sefydledig iawn ac yn ffynnu. O ganlyniad, mae cynnydd amlwg wedi’i weld yn nifer yr adar lleol a </w:t>
      </w:r>
      <w:proofErr w:type="spellStart"/>
      <w:r>
        <w:t>phryfed</w:t>
      </w:r>
      <w:proofErr w:type="spellEnd"/>
      <w:r>
        <w:t xml:space="preserve"> </w:t>
      </w:r>
      <w:proofErr w:type="spellStart"/>
      <w:r>
        <w:t>peillio</w:t>
      </w:r>
      <w:proofErr w:type="spellEnd"/>
      <w:r>
        <w:t xml:space="preserve"> </w:t>
      </w:r>
      <w:proofErr w:type="spellStart"/>
      <w:r>
        <w:t>megis</w:t>
      </w:r>
      <w:proofErr w:type="spellEnd"/>
      <w:r>
        <w:t xml:space="preserve"> </w:t>
      </w:r>
      <w:proofErr w:type="spellStart"/>
      <w:r>
        <w:t>gwenyn</w:t>
      </w:r>
      <w:proofErr w:type="spellEnd"/>
      <w:r>
        <w:t xml:space="preserve"> a </w:t>
      </w:r>
      <w:proofErr w:type="spellStart"/>
      <w:r>
        <w:t>gloÿnnod</w:t>
      </w:r>
      <w:proofErr w:type="spellEnd"/>
      <w:r>
        <w:t xml:space="preserve"> </w:t>
      </w:r>
      <w:proofErr w:type="spellStart"/>
      <w:r>
        <w:t>byw</w:t>
      </w:r>
      <w:proofErr w:type="spellEnd"/>
      <w:r>
        <w:t xml:space="preserve">,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arwydd</w:t>
      </w:r>
      <w:proofErr w:type="spellEnd"/>
      <w:r>
        <w:t xml:space="preserve"> </w:t>
      </w:r>
      <w:proofErr w:type="spellStart"/>
      <w:r>
        <w:t>cadarnhaol</w:t>
      </w:r>
      <w:proofErr w:type="spellEnd"/>
      <w:r>
        <w:t xml:space="preserve"> </w:t>
      </w:r>
      <w:proofErr w:type="spellStart"/>
      <w:r>
        <w:t>iawn</w:t>
      </w:r>
      <w:proofErr w:type="spellEnd"/>
      <w:r>
        <w:t>.</w:t>
      </w:r>
    </w:p>
    <w:p w14:paraId="1279998C" w14:textId="4CE42A1C" w:rsidR="006A3320" w:rsidRDefault="006A3320">
      <w:r>
        <w:rPr>
          <w:noProof/>
        </w:rPr>
        <w:drawing>
          <wp:inline distT="0" distB="0" distL="0" distR="0" wp14:anchorId="6830514F" wp14:editId="4DF79E11">
            <wp:extent cx="3009900" cy="2109021"/>
            <wp:effectExtent l="0" t="0" r="0" b="5715"/>
            <wp:docPr id="662650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503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893" cy="213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9974D" w14:textId="77777777" w:rsidR="006A3320" w:rsidRDefault="006A3320">
      <w:pPr>
        <w:rPr>
          <w:noProof/>
        </w:rPr>
      </w:pPr>
    </w:p>
    <w:p w14:paraId="492E7AE7" w14:textId="77777777" w:rsidR="006A3320" w:rsidRDefault="006A3320">
      <w:pPr>
        <w:rPr>
          <w:noProof/>
        </w:rPr>
      </w:pPr>
    </w:p>
    <w:p w14:paraId="0DA1CA09" w14:textId="097E311A" w:rsidR="006A3320" w:rsidRDefault="006A3320">
      <w:r>
        <w:rPr>
          <w:noProof/>
        </w:rPr>
        <w:lastRenderedPageBreak/>
        <w:drawing>
          <wp:inline distT="0" distB="0" distL="0" distR="0" wp14:anchorId="16F933BE" wp14:editId="573E0603">
            <wp:extent cx="4691845" cy="1657350"/>
            <wp:effectExtent l="0" t="0" r="0" b="0"/>
            <wp:docPr id="1967702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7020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7315" cy="167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06C23" w14:textId="48C8D2E9" w:rsidR="006A3320" w:rsidRDefault="006A3320">
      <w:r>
        <w:rPr>
          <w:noProof/>
        </w:rPr>
        <w:drawing>
          <wp:inline distT="0" distB="0" distL="0" distR="0" wp14:anchorId="5B501AFF" wp14:editId="10F25945">
            <wp:extent cx="3422888" cy="2000250"/>
            <wp:effectExtent l="0" t="0" r="6350" b="0"/>
            <wp:docPr id="1879486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4861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3990" cy="200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866F5" w14:textId="77777777" w:rsidR="0016400B" w:rsidRDefault="00C95C9E">
      <w:pPr>
        <w:pStyle w:val="Heading1"/>
      </w:pPr>
      <w:r>
        <w:t>Beth sy’n cael ei wneud</w:t>
      </w:r>
    </w:p>
    <w:p w14:paraId="4F6EF900" w14:textId="77777777" w:rsidR="00BC271F" w:rsidRDefault="00C95C9E" w:rsidP="00BC271F">
      <w:r>
        <w:t xml:space="preserve">- </w:t>
      </w:r>
      <w:proofErr w:type="spellStart"/>
      <w:r>
        <w:t>Plannu</w:t>
      </w:r>
      <w:proofErr w:type="spellEnd"/>
      <w:r>
        <w:t xml:space="preserve"> </w:t>
      </w:r>
      <w:proofErr w:type="spellStart"/>
      <w:r>
        <w:t>blodau</w:t>
      </w:r>
      <w:proofErr w:type="spellEnd"/>
      <w:r>
        <w:t xml:space="preserve"> a </w:t>
      </w:r>
      <w:proofErr w:type="spellStart"/>
      <w:r>
        <w:t>phlanhigion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denu</w:t>
      </w:r>
      <w:proofErr w:type="spellEnd"/>
      <w:r>
        <w:t xml:space="preserve"> </w:t>
      </w:r>
      <w:proofErr w:type="spellStart"/>
      <w:r>
        <w:t>bywyd</w:t>
      </w:r>
      <w:proofErr w:type="spellEnd"/>
      <w:r>
        <w:t xml:space="preserve"> </w:t>
      </w:r>
      <w:proofErr w:type="spellStart"/>
      <w:r>
        <w:t>gwyllt</w:t>
      </w:r>
      <w:proofErr w:type="spellEnd"/>
      <w:r w:rsidR="00BC271F">
        <w:t xml:space="preserve"> </w:t>
      </w:r>
      <w:proofErr w:type="spellStart"/>
      <w:r w:rsidR="00BC271F">
        <w:t>gyda</w:t>
      </w:r>
      <w:proofErr w:type="spellEnd"/>
      <w:r w:rsidR="00BC271F">
        <w:t xml:space="preserve"> </w:t>
      </w:r>
      <w:proofErr w:type="spellStart"/>
      <w:r w:rsidR="00BC271F" w:rsidRPr="00BC271F">
        <w:t>c</w:t>
      </w:r>
      <w:r w:rsidR="00BC271F">
        <w:t>h</w:t>
      </w:r>
      <w:r w:rsidR="00BC271F" w:rsidRPr="00BC271F">
        <w:t>efnogaeth</w:t>
      </w:r>
      <w:proofErr w:type="spellEnd"/>
      <w:r w:rsidR="00BC271F" w:rsidRPr="00BC271F">
        <w:t xml:space="preserve"> </w:t>
      </w:r>
      <w:proofErr w:type="spellStart"/>
      <w:r w:rsidR="00BC271F" w:rsidRPr="00BC271F">
        <w:t>gan</w:t>
      </w:r>
      <w:proofErr w:type="spellEnd"/>
      <w:r w:rsidR="00BC271F" w:rsidRPr="00BC271F">
        <w:t xml:space="preserve"> Y </w:t>
      </w:r>
      <w:proofErr w:type="spellStart"/>
      <w:r w:rsidR="00BC271F" w:rsidRPr="00BC271F">
        <w:t>Dref</w:t>
      </w:r>
      <w:proofErr w:type="spellEnd"/>
      <w:r w:rsidR="00BC271F" w:rsidRPr="00BC271F">
        <w:t xml:space="preserve"> </w:t>
      </w:r>
      <w:proofErr w:type="spellStart"/>
      <w:r w:rsidR="00BC271F" w:rsidRPr="00BC271F">
        <w:t>Werdd</w:t>
      </w:r>
      <w:proofErr w:type="spellEnd"/>
      <w:r w:rsidR="00BC271F">
        <w:t>.</w:t>
      </w:r>
      <w:r w:rsidR="00BC271F" w:rsidRPr="00BC271F">
        <w:t xml:space="preserve"> </w:t>
      </w:r>
      <w:proofErr w:type="spellStart"/>
      <w:r w:rsidR="00BC271F">
        <w:t>Mae’r</w:t>
      </w:r>
      <w:proofErr w:type="spellEnd"/>
      <w:r w:rsidR="00BC271F">
        <w:t xml:space="preserve"> </w:t>
      </w:r>
      <w:proofErr w:type="spellStart"/>
      <w:r w:rsidR="00BC271F" w:rsidRPr="00BC271F">
        <w:t>amrywiaeth</w:t>
      </w:r>
      <w:proofErr w:type="spellEnd"/>
      <w:r w:rsidR="00BC271F" w:rsidRPr="00BC271F">
        <w:t xml:space="preserve"> o </w:t>
      </w:r>
      <w:proofErr w:type="spellStart"/>
      <w:r w:rsidR="00BC271F" w:rsidRPr="00BC271F">
        <w:t>goed</w:t>
      </w:r>
      <w:proofErr w:type="spellEnd"/>
      <w:r w:rsidR="00BC271F" w:rsidRPr="00BC271F">
        <w:t xml:space="preserve"> </w:t>
      </w:r>
      <w:proofErr w:type="spellStart"/>
      <w:r w:rsidR="00BC271F" w:rsidRPr="00BC271F">
        <w:t>gafodd</w:t>
      </w:r>
      <w:proofErr w:type="spellEnd"/>
      <w:r w:rsidR="00BC271F" w:rsidRPr="00BC271F">
        <w:t xml:space="preserve"> </w:t>
      </w:r>
      <w:proofErr w:type="spellStart"/>
      <w:r w:rsidR="00BC271F" w:rsidRPr="00BC271F">
        <w:t>eu</w:t>
      </w:r>
      <w:proofErr w:type="spellEnd"/>
      <w:r w:rsidR="00BC271F" w:rsidRPr="00BC271F">
        <w:t xml:space="preserve"> </w:t>
      </w:r>
      <w:proofErr w:type="spellStart"/>
      <w:r w:rsidR="00BC271F" w:rsidRPr="00BC271F">
        <w:t>plannu</w:t>
      </w:r>
      <w:proofErr w:type="spellEnd"/>
      <w:r w:rsidR="00BC271F" w:rsidRPr="00BC271F">
        <w:t xml:space="preserve"> </w:t>
      </w:r>
      <w:proofErr w:type="spellStart"/>
      <w:r w:rsidR="00BC271F" w:rsidRPr="00BC271F">
        <w:t>ym</w:t>
      </w:r>
      <w:proofErr w:type="spellEnd"/>
      <w:r w:rsidR="00BC271F" w:rsidRPr="00BC271F">
        <w:t xml:space="preserve"> </w:t>
      </w:r>
      <w:proofErr w:type="spellStart"/>
      <w:r w:rsidR="00BC271F" w:rsidRPr="00BC271F">
        <w:t>mynwent</w:t>
      </w:r>
      <w:proofErr w:type="spellEnd"/>
      <w:r w:rsidR="00BC271F" w:rsidRPr="00BC271F">
        <w:t xml:space="preserve"> </w:t>
      </w:r>
      <w:proofErr w:type="spellStart"/>
      <w:r w:rsidR="00BC271F" w:rsidRPr="00BC271F">
        <w:t>Maentwrog</w:t>
      </w:r>
      <w:proofErr w:type="spellEnd"/>
      <w:r w:rsidR="00BC271F" w:rsidRPr="00BC271F">
        <w:t xml:space="preserve">, </w:t>
      </w:r>
      <w:proofErr w:type="spellStart"/>
      <w:r w:rsidR="00BC271F" w:rsidRPr="00BC271F">
        <w:t>cae</w:t>
      </w:r>
      <w:proofErr w:type="spellEnd"/>
      <w:r w:rsidR="00BC271F" w:rsidRPr="00BC271F">
        <w:t xml:space="preserve"> </w:t>
      </w:r>
      <w:proofErr w:type="spellStart"/>
      <w:r w:rsidR="00BC271F" w:rsidRPr="00BC271F">
        <w:t>chwarae</w:t>
      </w:r>
      <w:proofErr w:type="spellEnd"/>
      <w:r w:rsidR="00BC271F" w:rsidRPr="00BC271F">
        <w:t xml:space="preserve"> </w:t>
      </w:r>
      <w:proofErr w:type="spellStart"/>
      <w:r w:rsidR="00BC271F" w:rsidRPr="00BC271F">
        <w:t>Maentwrog</w:t>
      </w:r>
      <w:proofErr w:type="spellEnd"/>
      <w:r w:rsidR="00BC271F" w:rsidRPr="00BC271F">
        <w:t xml:space="preserve"> a </w:t>
      </w:r>
      <w:proofErr w:type="spellStart"/>
      <w:r w:rsidR="00BC271F" w:rsidRPr="00BC271F">
        <w:t>chae</w:t>
      </w:r>
      <w:proofErr w:type="spellEnd"/>
      <w:r w:rsidR="00BC271F" w:rsidRPr="00BC271F">
        <w:t xml:space="preserve"> </w:t>
      </w:r>
      <w:proofErr w:type="spellStart"/>
      <w:r w:rsidR="00BC271F" w:rsidRPr="00BC271F">
        <w:t>chwarae</w:t>
      </w:r>
      <w:proofErr w:type="spellEnd"/>
      <w:r w:rsidR="00BC271F" w:rsidRPr="00BC271F">
        <w:t xml:space="preserve"> </w:t>
      </w:r>
      <w:proofErr w:type="spellStart"/>
      <w:r w:rsidR="00BC271F" w:rsidRPr="00BC271F">
        <w:t>Gellilydan</w:t>
      </w:r>
      <w:proofErr w:type="spellEnd"/>
      <w:r w:rsidR="00BC271F" w:rsidRPr="00BC271F">
        <w:t xml:space="preserve"> </w:t>
      </w:r>
      <w:proofErr w:type="spellStart"/>
      <w:r w:rsidR="00BC271F" w:rsidRPr="00BC271F">
        <w:t>wedi</w:t>
      </w:r>
      <w:proofErr w:type="spellEnd"/>
      <w:r w:rsidR="00BC271F" w:rsidRPr="00BC271F">
        <w:t xml:space="preserve"> </w:t>
      </w:r>
      <w:proofErr w:type="spellStart"/>
      <w:r w:rsidR="00BC271F" w:rsidRPr="00BC271F">
        <w:t>sefydlu</w:t>
      </w:r>
      <w:proofErr w:type="spellEnd"/>
      <w:r w:rsidR="00BC271F" w:rsidRPr="00BC271F">
        <w:t xml:space="preserve"> </w:t>
      </w:r>
      <w:proofErr w:type="spellStart"/>
      <w:r w:rsidR="00BC271F" w:rsidRPr="00BC271F">
        <w:t>bellach</w:t>
      </w:r>
      <w:proofErr w:type="spellEnd"/>
      <w:r w:rsidR="00BC271F" w:rsidRPr="00BC271F">
        <w:t xml:space="preserve"> ac </w:t>
      </w:r>
      <w:proofErr w:type="spellStart"/>
      <w:r w:rsidR="00BC271F" w:rsidRPr="00BC271F">
        <w:t>yn</w:t>
      </w:r>
      <w:proofErr w:type="spellEnd"/>
      <w:r w:rsidR="00BC271F" w:rsidRPr="00BC271F">
        <w:t xml:space="preserve"> </w:t>
      </w:r>
      <w:proofErr w:type="spellStart"/>
      <w:r w:rsidR="00BC271F" w:rsidRPr="00BC271F">
        <w:t>adnodd</w:t>
      </w:r>
      <w:proofErr w:type="spellEnd"/>
      <w:r w:rsidR="00BC271F" w:rsidRPr="00BC271F">
        <w:t xml:space="preserve"> </w:t>
      </w:r>
      <w:proofErr w:type="spellStart"/>
      <w:r w:rsidR="00BC271F" w:rsidRPr="00BC271F">
        <w:t>gwerthfawr</w:t>
      </w:r>
      <w:proofErr w:type="spellEnd"/>
      <w:r w:rsidR="00BC271F" w:rsidRPr="00BC271F">
        <w:t>.</w:t>
      </w:r>
      <w:r w:rsidR="00BC271F" w:rsidRPr="00BC271F">
        <w:br/>
      </w:r>
    </w:p>
    <w:p w14:paraId="7F1C9A2A" w14:textId="3B874501" w:rsidR="0016400B" w:rsidRDefault="00C95C9E" w:rsidP="00BC271F">
      <w:r>
        <w:t>Syniadau ar gyfer y Dyfodol</w:t>
      </w:r>
    </w:p>
    <w:p w14:paraId="075329FC" w14:textId="4B2393B9" w:rsidR="0016400B" w:rsidRDefault="00C95C9E">
      <w:r>
        <w:t>- Ychwanegu mwy o ardaloedd blodau gwyllt</w:t>
      </w:r>
      <w:r>
        <w:br/>
        <w:t>- Gosod blychau adar neu ystlumod</w:t>
      </w:r>
      <w:r>
        <w:br/>
        <w:t xml:space="preserve">- </w:t>
      </w:r>
      <w:proofErr w:type="spellStart"/>
      <w:r>
        <w:t>Annog</w:t>
      </w:r>
      <w:proofErr w:type="spellEnd"/>
      <w:r>
        <w:t xml:space="preserve"> </w:t>
      </w:r>
      <w:proofErr w:type="spellStart"/>
      <w:r>
        <w:t>trigolion</w:t>
      </w:r>
      <w:proofErr w:type="spellEnd"/>
      <w:r w:rsidR="006A3320">
        <w:t xml:space="preserve"> a </w:t>
      </w:r>
      <w:proofErr w:type="spellStart"/>
      <w:r w:rsidR="006A3320">
        <w:t>chlwbiau</w:t>
      </w:r>
      <w:proofErr w:type="spellEnd"/>
      <w:r w:rsidR="006A3320">
        <w:t xml:space="preserve"> </w:t>
      </w:r>
      <w:proofErr w:type="spellStart"/>
      <w:r w:rsidR="006A3320">
        <w:t>lleol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gymryd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blannu</w:t>
      </w:r>
      <w:proofErr w:type="spellEnd"/>
      <w:r w:rsidR="006A3320">
        <w:t xml:space="preserve"> a </w:t>
      </w:r>
      <w:proofErr w:type="spellStart"/>
      <w:r w:rsidR="006A3320">
        <w:t>chynnal</w:t>
      </w:r>
      <w:proofErr w:type="spellEnd"/>
      <w:r w:rsidR="006A3320">
        <w:t xml:space="preserve"> y</w:t>
      </w:r>
      <w:r>
        <w:t xml:space="preserve"> </w:t>
      </w:r>
      <w:proofErr w:type="spellStart"/>
      <w:r>
        <w:t>blodau</w:t>
      </w:r>
      <w:proofErr w:type="spellEnd"/>
      <w:r w:rsidR="006A3320">
        <w:t>.</w:t>
      </w:r>
    </w:p>
    <w:p w14:paraId="1C7E4B3E" w14:textId="77777777" w:rsidR="0016400B" w:rsidRDefault="00C95C9E">
      <w:pPr>
        <w:pStyle w:val="Heading1"/>
      </w:pPr>
      <w:r>
        <w:t>Casgliad</w:t>
      </w:r>
    </w:p>
    <w:p w14:paraId="341940D2" w14:textId="77777777" w:rsidR="0016400B" w:rsidRDefault="00C95C9E">
      <w:r>
        <w:t xml:space="preserve">Mae’n galonogol gweld bod y camau sydd eisoes wedi’u cymryd yn cael effaith gadarnhaol. Drwy barhau gyda’r gwaith hwn, gall y </w:t>
      </w:r>
      <w:proofErr w:type="spellStart"/>
      <w:r>
        <w:t>plwyf</w:t>
      </w:r>
      <w:proofErr w:type="spellEnd"/>
      <w:r>
        <w:t xml:space="preserve"> </w:t>
      </w:r>
      <w:proofErr w:type="spellStart"/>
      <w:r>
        <w:t>barhau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gefnogi</w:t>
      </w:r>
      <w:proofErr w:type="spellEnd"/>
      <w:r>
        <w:t xml:space="preserve"> a </w:t>
      </w:r>
      <w:proofErr w:type="spellStart"/>
      <w:r>
        <w:t>gwella</w:t>
      </w:r>
      <w:proofErr w:type="spellEnd"/>
      <w:r>
        <w:t xml:space="preserve"> </w:t>
      </w:r>
      <w:proofErr w:type="spellStart"/>
      <w:r>
        <w:t>bioamrywiaeth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yr </w:t>
      </w:r>
      <w:proofErr w:type="spellStart"/>
      <w:r>
        <w:t>ardal</w:t>
      </w:r>
      <w:proofErr w:type="spellEnd"/>
      <w:r>
        <w:t>.</w:t>
      </w:r>
    </w:p>
    <w:p w14:paraId="1620B979" w14:textId="749807F1" w:rsidR="00BC271F" w:rsidRDefault="00023F30">
      <w:proofErr w:type="spellStart"/>
      <w:proofErr w:type="gramStart"/>
      <w:r>
        <w:t>Diolchwyd</w:t>
      </w:r>
      <w:proofErr w:type="spellEnd"/>
      <w:r>
        <w:t xml:space="preserve">  </w:t>
      </w:r>
      <w:proofErr w:type="spellStart"/>
      <w:r>
        <w:t>i’r</w:t>
      </w:r>
      <w:proofErr w:type="spellEnd"/>
      <w:proofErr w:type="gramEnd"/>
      <w:r>
        <w:t xml:space="preserve"> </w:t>
      </w:r>
      <w:proofErr w:type="spellStart"/>
      <w:r w:rsidR="00BC271F" w:rsidRPr="00BC271F">
        <w:t>cefnogaeth</w:t>
      </w:r>
      <w:proofErr w:type="spellEnd"/>
      <w:r w:rsidR="00BC271F" w:rsidRPr="00BC271F">
        <w:t xml:space="preserve"> </w:t>
      </w:r>
      <w:proofErr w:type="spellStart"/>
      <w:r>
        <w:t>cafwyd</w:t>
      </w:r>
      <w:proofErr w:type="spellEnd"/>
      <w:r>
        <w:t xml:space="preserve"> </w:t>
      </w:r>
      <w:proofErr w:type="spellStart"/>
      <w:r w:rsidR="00BC271F" w:rsidRPr="00BC271F">
        <w:t>gan</w:t>
      </w:r>
      <w:proofErr w:type="spellEnd"/>
      <w:r w:rsidR="00BC271F" w:rsidRPr="00BC271F">
        <w:t xml:space="preserve"> Y </w:t>
      </w:r>
      <w:proofErr w:type="spellStart"/>
      <w:r w:rsidR="00BC271F" w:rsidRPr="00BC271F">
        <w:t>Dref</w:t>
      </w:r>
      <w:proofErr w:type="spellEnd"/>
      <w:r w:rsidR="00BC271F" w:rsidRPr="00BC271F">
        <w:t xml:space="preserve"> </w:t>
      </w:r>
      <w:proofErr w:type="spellStart"/>
      <w:r w:rsidR="00BC271F" w:rsidRPr="00BC271F">
        <w:t>Werdd</w:t>
      </w:r>
      <w:proofErr w:type="spellEnd"/>
      <w:r w:rsidR="00BC271F" w:rsidRPr="00BC271F">
        <w:t xml:space="preserve"> </w:t>
      </w:r>
      <w:proofErr w:type="spellStart"/>
      <w:r w:rsidR="00BC271F" w:rsidRPr="00BC271F">
        <w:t>efo’n</w:t>
      </w:r>
      <w:proofErr w:type="spellEnd"/>
      <w:r w:rsidR="00BC271F" w:rsidRPr="00BC271F">
        <w:t xml:space="preserve"> </w:t>
      </w:r>
      <w:proofErr w:type="spellStart"/>
      <w:r w:rsidR="00BC271F" w:rsidRPr="00BC271F">
        <w:t>cynlluniau</w:t>
      </w:r>
      <w:proofErr w:type="spellEnd"/>
      <w:r w:rsidR="00BC271F" w:rsidRPr="00BC271F">
        <w:t xml:space="preserve"> </w:t>
      </w:r>
      <w:proofErr w:type="spellStart"/>
      <w:r w:rsidR="00BC271F" w:rsidRPr="00BC271F">
        <w:t>bioamrywiaeth</w:t>
      </w:r>
      <w:proofErr w:type="spellEnd"/>
      <w:r w:rsidR="00BC271F" w:rsidRPr="00BC271F">
        <w:t xml:space="preserve"> a bod yr </w:t>
      </w:r>
      <w:proofErr w:type="spellStart"/>
      <w:r w:rsidR="00BC271F" w:rsidRPr="00BC271F">
        <w:t>amrywiaeth</w:t>
      </w:r>
      <w:proofErr w:type="spellEnd"/>
      <w:r w:rsidR="00BC271F" w:rsidRPr="00BC271F">
        <w:t xml:space="preserve"> o </w:t>
      </w:r>
      <w:proofErr w:type="spellStart"/>
      <w:r w:rsidR="00BC271F" w:rsidRPr="00BC271F">
        <w:t>goed</w:t>
      </w:r>
      <w:proofErr w:type="spellEnd"/>
      <w:r w:rsidR="00BC271F" w:rsidRPr="00BC271F">
        <w:t xml:space="preserve"> </w:t>
      </w:r>
      <w:proofErr w:type="spellStart"/>
      <w:r w:rsidR="00BC271F" w:rsidRPr="00BC271F">
        <w:t>gafodd</w:t>
      </w:r>
      <w:proofErr w:type="spellEnd"/>
      <w:r w:rsidR="00BC271F" w:rsidRPr="00BC271F">
        <w:t xml:space="preserve"> </w:t>
      </w:r>
      <w:proofErr w:type="spellStart"/>
      <w:r w:rsidR="00BC271F" w:rsidRPr="00BC271F">
        <w:t>eu</w:t>
      </w:r>
      <w:proofErr w:type="spellEnd"/>
      <w:r w:rsidR="00BC271F" w:rsidRPr="00BC271F">
        <w:t xml:space="preserve"> </w:t>
      </w:r>
      <w:proofErr w:type="spellStart"/>
      <w:r w:rsidR="00BC271F" w:rsidRPr="00BC271F">
        <w:t>plannu</w:t>
      </w:r>
      <w:proofErr w:type="spellEnd"/>
      <w:r w:rsidR="00BC271F" w:rsidRPr="00BC271F">
        <w:t xml:space="preserve"> </w:t>
      </w:r>
      <w:proofErr w:type="spellStart"/>
      <w:r w:rsidR="00BC271F" w:rsidRPr="00BC271F">
        <w:t>ym</w:t>
      </w:r>
      <w:proofErr w:type="spellEnd"/>
      <w:r w:rsidR="00BC271F" w:rsidRPr="00BC271F">
        <w:t xml:space="preserve"> </w:t>
      </w:r>
      <w:proofErr w:type="spellStart"/>
      <w:r w:rsidR="00BC271F" w:rsidRPr="00BC271F">
        <w:t>mynwent</w:t>
      </w:r>
      <w:proofErr w:type="spellEnd"/>
      <w:r w:rsidR="00BC271F" w:rsidRPr="00BC271F">
        <w:t xml:space="preserve"> </w:t>
      </w:r>
      <w:proofErr w:type="spellStart"/>
      <w:r w:rsidR="00BC271F" w:rsidRPr="00BC271F">
        <w:t>Maentwrog</w:t>
      </w:r>
      <w:proofErr w:type="spellEnd"/>
      <w:r w:rsidR="00BC271F" w:rsidRPr="00BC271F">
        <w:t xml:space="preserve">, </w:t>
      </w:r>
      <w:proofErr w:type="spellStart"/>
      <w:r w:rsidR="00BC271F" w:rsidRPr="00BC271F">
        <w:t>cae</w:t>
      </w:r>
      <w:proofErr w:type="spellEnd"/>
      <w:r w:rsidR="00BC271F" w:rsidRPr="00BC271F">
        <w:t xml:space="preserve"> </w:t>
      </w:r>
      <w:proofErr w:type="spellStart"/>
      <w:r w:rsidR="00BC271F" w:rsidRPr="00BC271F">
        <w:t>chwarae</w:t>
      </w:r>
      <w:proofErr w:type="spellEnd"/>
      <w:r w:rsidR="00BC271F" w:rsidRPr="00BC271F">
        <w:t xml:space="preserve"> </w:t>
      </w:r>
      <w:proofErr w:type="spellStart"/>
      <w:r w:rsidR="00BC271F" w:rsidRPr="00BC271F">
        <w:t>Maentwrog</w:t>
      </w:r>
      <w:proofErr w:type="spellEnd"/>
      <w:r w:rsidR="00BC271F" w:rsidRPr="00BC271F">
        <w:t xml:space="preserve"> a </w:t>
      </w:r>
      <w:proofErr w:type="spellStart"/>
      <w:r w:rsidR="00BC271F" w:rsidRPr="00BC271F">
        <w:t>chae</w:t>
      </w:r>
      <w:proofErr w:type="spellEnd"/>
      <w:r w:rsidR="00BC271F" w:rsidRPr="00BC271F">
        <w:t xml:space="preserve"> </w:t>
      </w:r>
      <w:proofErr w:type="spellStart"/>
      <w:r w:rsidR="00BC271F" w:rsidRPr="00BC271F">
        <w:t>chwarae</w:t>
      </w:r>
      <w:proofErr w:type="spellEnd"/>
      <w:r w:rsidR="00BC271F" w:rsidRPr="00BC271F">
        <w:t xml:space="preserve"> </w:t>
      </w:r>
      <w:proofErr w:type="spellStart"/>
      <w:r w:rsidR="00BC271F" w:rsidRPr="00BC271F">
        <w:t>Gellilydan</w:t>
      </w:r>
      <w:proofErr w:type="spellEnd"/>
      <w:r w:rsidR="00BC271F" w:rsidRPr="00BC271F">
        <w:t xml:space="preserve"> </w:t>
      </w:r>
      <w:proofErr w:type="spellStart"/>
      <w:r w:rsidR="00BC271F" w:rsidRPr="00BC271F">
        <w:t>wedi</w:t>
      </w:r>
      <w:proofErr w:type="spellEnd"/>
      <w:r w:rsidR="00BC271F" w:rsidRPr="00BC271F">
        <w:t xml:space="preserve"> </w:t>
      </w:r>
      <w:proofErr w:type="spellStart"/>
      <w:r w:rsidR="00BC271F" w:rsidRPr="00BC271F">
        <w:t>sefydlu</w:t>
      </w:r>
      <w:proofErr w:type="spellEnd"/>
      <w:r w:rsidR="00BC271F" w:rsidRPr="00BC271F">
        <w:t xml:space="preserve"> </w:t>
      </w:r>
      <w:proofErr w:type="spellStart"/>
      <w:r w:rsidR="00BC271F" w:rsidRPr="00BC271F">
        <w:t>bellach</w:t>
      </w:r>
      <w:proofErr w:type="spellEnd"/>
      <w:r w:rsidR="00BC271F" w:rsidRPr="00BC271F">
        <w:t xml:space="preserve"> ac </w:t>
      </w:r>
      <w:proofErr w:type="spellStart"/>
      <w:r w:rsidR="00BC271F" w:rsidRPr="00BC271F">
        <w:t>yn</w:t>
      </w:r>
      <w:proofErr w:type="spellEnd"/>
      <w:r w:rsidR="00BC271F" w:rsidRPr="00BC271F">
        <w:t xml:space="preserve"> </w:t>
      </w:r>
      <w:proofErr w:type="spellStart"/>
      <w:r w:rsidR="00BC271F" w:rsidRPr="00BC271F">
        <w:t>adnodd</w:t>
      </w:r>
      <w:proofErr w:type="spellEnd"/>
      <w:r w:rsidR="00BC271F" w:rsidRPr="00BC271F">
        <w:t xml:space="preserve"> </w:t>
      </w:r>
      <w:proofErr w:type="spellStart"/>
      <w:r w:rsidR="00BC271F" w:rsidRPr="00BC271F">
        <w:t>gwerthfawr</w:t>
      </w:r>
      <w:proofErr w:type="spellEnd"/>
      <w:r w:rsidR="00BC271F" w:rsidRPr="00BC271F">
        <w:t>.</w:t>
      </w:r>
      <w:r w:rsidR="00BC271F" w:rsidRPr="00BC271F">
        <w:br/>
        <w:t xml:space="preserve">Hefyd, </w:t>
      </w:r>
      <w:proofErr w:type="spellStart"/>
      <w:r w:rsidR="00BC271F" w:rsidRPr="00BC271F">
        <w:t>rydym</w:t>
      </w:r>
      <w:proofErr w:type="spellEnd"/>
      <w:r w:rsidR="00BC271F" w:rsidRPr="00BC271F">
        <w:t xml:space="preserve"> </w:t>
      </w:r>
      <w:proofErr w:type="spellStart"/>
      <w:r w:rsidR="00BC271F" w:rsidRPr="00BC271F">
        <w:t>yn</w:t>
      </w:r>
      <w:proofErr w:type="spellEnd"/>
      <w:r w:rsidR="00BC271F" w:rsidRPr="00BC271F">
        <w:t xml:space="preserve"> </w:t>
      </w:r>
      <w:proofErr w:type="spellStart"/>
      <w:r w:rsidR="00BC271F" w:rsidRPr="00BC271F">
        <w:t>ffodus</w:t>
      </w:r>
      <w:proofErr w:type="spellEnd"/>
      <w:r w:rsidR="00BC271F" w:rsidRPr="00BC271F">
        <w:t xml:space="preserve"> o </w:t>
      </w:r>
      <w:proofErr w:type="spellStart"/>
      <w:r w:rsidR="00BC271F" w:rsidRPr="00BC271F">
        <w:t>ddarn</w:t>
      </w:r>
      <w:proofErr w:type="spellEnd"/>
      <w:r w:rsidR="00BC271F" w:rsidRPr="00BC271F">
        <w:t xml:space="preserve"> o </w:t>
      </w:r>
      <w:proofErr w:type="spellStart"/>
      <w:r w:rsidR="00BC271F" w:rsidRPr="00BC271F">
        <w:t>dir</w:t>
      </w:r>
      <w:proofErr w:type="spellEnd"/>
      <w:r w:rsidR="00BC271F" w:rsidRPr="00BC271F">
        <w:t xml:space="preserve"> </w:t>
      </w:r>
      <w:proofErr w:type="spellStart"/>
      <w:r w:rsidR="00BC271F" w:rsidRPr="00BC271F">
        <w:t>coediog</w:t>
      </w:r>
      <w:proofErr w:type="spellEnd"/>
      <w:r w:rsidR="00BC271F" w:rsidRPr="00BC271F">
        <w:t xml:space="preserve"> </w:t>
      </w:r>
      <w:proofErr w:type="spellStart"/>
      <w:r w:rsidR="00BC271F" w:rsidRPr="00BC271F">
        <w:t>yn</w:t>
      </w:r>
      <w:proofErr w:type="spellEnd"/>
      <w:r w:rsidR="00BC271F" w:rsidRPr="00BC271F">
        <w:t xml:space="preserve"> y </w:t>
      </w:r>
      <w:proofErr w:type="spellStart"/>
      <w:r w:rsidR="00BC271F" w:rsidRPr="00BC271F">
        <w:t>pentref</w:t>
      </w:r>
      <w:proofErr w:type="spellEnd"/>
      <w:r w:rsidR="00BC271F" w:rsidRPr="00BC271F">
        <w:t xml:space="preserve"> ger Gors Fach </w:t>
      </w:r>
      <w:proofErr w:type="spellStart"/>
      <w:r w:rsidR="00BC271F" w:rsidRPr="00BC271F">
        <w:t>sydd</w:t>
      </w:r>
      <w:proofErr w:type="spellEnd"/>
      <w:r w:rsidR="00BC271F" w:rsidRPr="00BC271F">
        <w:t xml:space="preserve"> </w:t>
      </w:r>
      <w:proofErr w:type="spellStart"/>
      <w:r w:rsidR="00BC271F" w:rsidRPr="00BC271F">
        <w:t>heb</w:t>
      </w:r>
      <w:proofErr w:type="spellEnd"/>
      <w:r w:rsidR="00BC271F" w:rsidRPr="00BC271F">
        <w:t xml:space="preserve"> </w:t>
      </w:r>
      <w:proofErr w:type="spellStart"/>
      <w:r w:rsidR="00BC271F" w:rsidRPr="00BC271F">
        <w:t>gael</w:t>
      </w:r>
      <w:proofErr w:type="spellEnd"/>
      <w:r w:rsidR="00BC271F" w:rsidRPr="00BC271F">
        <w:t xml:space="preserve"> </w:t>
      </w:r>
      <w:proofErr w:type="spellStart"/>
      <w:r w:rsidR="00BC271F" w:rsidRPr="00BC271F">
        <w:lastRenderedPageBreak/>
        <w:t>unrhyw</w:t>
      </w:r>
      <w:proofErr w:type="spellEnd"/>
      <w:r w:rsidR="00BC271F" w:rsidRPr="00BC271F">
        <w:t xml:space="preserve"> </w:t>
      </w:r>
      <w:proofErr w:type="spellStart"/>
      <w:r w:rsidR="00BC271F" w:rsidRPr="00BC271F">
        <w:t>ymyrraeth</w:t>
      </w:r>
      <w:proofErr w:type="spellEnd"/>
      <w:r w:rsidR="00BC271F" w:rsidRPr="00BC271F">
        <w:t xml:space="preserve">. Yn y darn </w:t>
      </w:r>
      <w:proofErr w:type="spellStart"/>
      <w:r w:rsidR="00BC271F" w:rsidRPr="00BC271F">
        <w:t>tir</w:t>
      </w:r>
      <w:proofErr w:type="spellEnd"/>
      <w:r w:rsidR="00BC271F" w:rsidRPr="00BC271F">
        <w:t xml:space="preserve"> </w:t>
      </w:r>
      <w:proofErr w:type="spellStart"/>
      <w:r w:rsidR="00BC271F" w:rsidRPr="00BC271F">
        <w:t>yma</w:t>
      </w:r>
      <w:proofErr w:type="spellEnd"/>
      <w:r w:rsidR="00BC271F" w:rsidRPr="00BC271F">
        <w:t xml:space="preserve"> </w:t>
      </w:r>
      <w:proofErr w:type="spellStart"/>
      <w:r w:rsidR="00BC271F" w:rsidRPr="00BC271F">
        <w:t>mae</w:t>
      </w:r>
      <w:proofErr w:type="spellEnd"/>
      <w:r w:rsidR="00BC271F" w:rsidRPr="00BC271F">
        <w:t xml:space="preserve"> </w:t>
      </w:r>
      <w:proofErr w:type="spellStart"/>
      <w:r w:rsidR="00BC271F" w:rsidRPr="00BC271F">
        <w:t>amrywiaeth</w:t>
      </w:r>
      <w:proofErr w:type="spellEnd"/>
      <w:r w:rsidR="00BC271F" w:rsidRPr="00BC271F">
        <w:t xml:space="preserve"> o </w:t>
      </w:r>
      <w:proofErr w:type="spellStart"/>
      <w:r w:rsidR="00BC271F" w:rsidRPr="00BC271F">
        <w:t>goed</w:t>
      </w:r>
      <w:proofErr w:type="spellEnd"/>
      <w:r w:rsidR="00BC271F" w:rsidRPr="00BC271F">
        <w:t xml:space="preserve"> </w:t>
      </w:r>
      <w:proofErr w:type="gramStart"/>
      <w:r w:rsidR="00BC271F" w:rsidRPr="00BC271F">
        <w:t xml:space="preserve">(  </w:t>
      </w:r>
      <w:proofErr w:type="spellStart"/>
      <w:r w:rsidR="00BC271F" w:rsidRPr="00BC271F">
        <w:t>cynhenid</w:t>
      </w:r>
      <w:proofErr w:type="spellEnd"/>
      <w:proofErr w:type="gramEnd"/>
      <w:r w:rsidR="00BC271F" w:rsidRPr="00BC271F">
        <w:t xml:space="preserve"> (</w:t>
      </w:r>
      <w:proofErr w:type="spellStart"/>
      <w:r w:rsidR="00BC271F" w:rsidRPr="00BC271F">
        <w:t>derw</w:t>
      </w:r>
      <w:proofErr w:type="spellEnd"/>
      <w:r w:rsidR="00BC271F" w:rsidRPr="00BC271F">
        <w:t xml:space="preserve">, </w:t>
      </w:r>
      <w:proofErr w:type="spellStart"/>
      <w:proofErr w:type="gramStart"/>
      <w:r w:rsidR="00BC271F" w:rsidRPr="00BC271F">
        <w:t>cyll</w:t>
      </w:r>
      <w:proofErr w:type="spellEnd"/>
      <w:r w:rsidR="00BC271F" w:rsidRPr="00BC271F">
        <w:t xml:space="preserve">, </w:t>
      </w:r>
      <w:r>
        <w:t xml:space="preserve"> </w:t>
      </w:r>
      <w:proofErr w:type="spellStart"/>
      <w:r w:rsidR="00BC271F" w:rsidRPr="00BC271F">
        <w:t>ffawydd</w:t>
      </w:r>
      <w:proofErr w:type="spellEnd"/>
      <w:proofErr w:type="gramEnd"/>
      <w:r w:rsidR="00BC271F" w:rsidRPr="00BC271F">
        <w:t xml:space="preserve">) </w:t>
      </w:r>
      <w:proofErr w:type="spellStart"/>
      <w:r w:rsidR="00BC271F" w:rsidRPr="00BC271F">
        <w:t>ffwng</w:t>
      </w:r>
      <w:proofErr w:type="spellEnd"/>
      <w:r w:rsidR="00BC271F" w:rsidRPr="00BC271F">
        <w:t xml:space="preserve">, </w:t>
      </w:r>
      <w:proofErr w:type="spellStart"/>
      <w:r w:rsidR="00BC271F" w:rsidRPr="00BC271F">
        <w:t>blodau</w:t>
      </w:r>
      <w:proofErr w:type="spellEnd"/>
      <w:r w:rsidR="00BC271F" w:rsidRPr="00BC271F">
        <w:t xml:space="preserve"> </w:t>
      </w:r>
      <w:proofErr w:type="spellStart"/>
      <w:r w:rsidR="00BC271F" w:rsidRPr="00BC271F">
        <w:t>gwyllt</w:t>
      </w:r>
      <w:proofErr w:type="spellEnd"/>
      <w:r w:rsidR="00BC271F" w:rsidRPr="00BC271F">
        <w:t xml:space="preserve">, </w:t>
      </w:r>
      <w:proofErr w:type="spellStart"/>
      <w:r w:rsidR="00BC271F" w:rsidRPr="00BC271F">
        <w:t>pryfetach</w:t>
      </w:r>
      <w:proofErr w:type="spellEnd"/>
      <w:r w:rsidR="00BC271F" w:rsidRPr="00BC271F">
        <w:t xml:space="preserve"> ac </w:t>
      </w:r>
      <w:proofErr w:type="spellStart"/>
      <w:r w:rsidR="00BC271F" w:rsidRPr="00BC271F">
        <w:t>adar</w:t>
      </w:r>
      <w:proofErr w:type="spellEnd"/>
      <w:r w:rsidR="00BC271F" w:rsidRPr="00BC271F">
        <w:t>.</w:t>
      </w:r>
    </w:p>
    <w:sectPr w:rsidR="00BC271F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22714042">
    <w:abstractNumId w:val="8"/>
  </w:num>
  <w:num w:numId="2" w16cid:durableId="1205680193">
    <w:abstractNumId w:val="6"/>
  </w:num>
  <w:num w:numId="3" w16cid:durableId="834564736">
    <w:abstractNumId w:val="5"/>
  </w:num>
  <w:num w:numId="4" w16cid:durableId="1696299797">
    <w:abstractNumId w:val="4"/>
  </w:num>
  <w:num w:numId="5" w16cid:durableId="1192647089">
    <w:abstractNumId w:val="7"/>
  </w:num>
  <w:num w:numId="6" w16cid:durableId="555823447">
    <w:abstractNumId w:val="3"/>
  </w:num>
  <w:num w:numId="7" w16cid:durableId="209853162">
    <w:abstractNumId w:val="2"/>
  </w:num>
  <w:num w:numId="8" w16cid:durableId="787428610">
    <w:abstractNumId w:val="1"/>
  </w:num>
  <w:num w:numId="9" w16cid:durableId="752626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3F30"/>
    <w:rsid w:val="00034616"/>
    <w:rsid w:val="0006063C"/>
    <w:rsid w:val="0015074B"/>
    <w:rsid w:val="0016400B"/>
    <w:rsid w:val="0029639D"/>
    <w:rsid w:val="00326F90"/>
    <w:rsid w:val="00483DA2"/>
    <w:rsid w:val="006A3320"/>
    <w:rsid w:val="0095324A"/>
    <w:rsid w:val="009E588C"/>
    <w:rsid w:val="00A10A51"/>
    <w:rsid w:val="00AA1D8D"/>
    <w:rsid w:val="00B47730"/>
    <w:rsid w:val="00BC271F"/>
    <w:rsid w:val="00C862ED"/>
    <w:rsid w:val="00C95C9E"/>
    <w:rsid w:val="00CB0664"/>
    <w:rsid w:val="00CC637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850384"/>
  <w14:defaultImageDpi w14:val="300"/>
  <w15:docId w15:val="{446D1FA8-DAAE-401A-82EE-340D5D8C6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carys jones</cp:lastModifiedBy>
  <cp:revision>3</cp:revision>
  <cp:lastPrinted>2026-06-08T17:39:00Z</cp:lastPrinted>
  <dcterms:created xsi:type="dcterms:W3CDTF">2026-06-07T12:06:00Z</dcterms:created>
  <dcterms:modified xsi:type="dcterms:W3CDTF">2026-06-08T17:40:00Z</dcterms:modified>
  <cp:category/>
</cp:coreProperties>
</file>